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מנווטים נכון: חוסן, בטיחות וקבלת החלטות בנובמבר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מערכת הדרך, הרכב והאדם וקבלת החלטות בטוחה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לנתח את הדרך כמערכת הכוללת דרך, רכב ואדם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יתרונות ומגבלות של מערכות בטיחות ממוחשבות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כתיבת פסקת טיעון מנומקת ולדון בדילמת נאמנות וסודות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הבנה: הדרך כמערכת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דרך, רכב, אדם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החלטה במצב בלתי צפוי שדורש הבנה של ההקשר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להתרות על סטייה מנתיב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היא עלולה להתקשות בתנאי מזג אוויר קיצוניים או מצבים בלתי צפויים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הנהג והנוסעים ברכב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אלה חלק מתשתית הדרך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יש מצבים בלתי צפויים שדורשים הבנה אנושית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למשל בהסחת דעת או בעזרה בתצפית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צריך לשקול גם השלכות ארוכות טווח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זה מכבד את פרטיות המשתפ/ת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התאמה: מערכת ותפקיד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(מזהה סטייה מהנתיב ומתריעה לנהג)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(בולמת את הרכב כדי למנוע התנגשות)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(שומרת מרחק קבוע מהרכב שלפנים)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(מתריעים על מכשולים בנסיעה לאחור)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(נדרש במצבים בלתי צפויים שהמערכת לא מזהה)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סדר נכון: בניית פסקת טיעון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ניסוח טענה ברורה בעד או נגד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הבאת נימוק אחד שתומך בטענה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הבאת דוגמה או עדות התומכת בנימוק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התייחסות קצרה לטענה הנגדית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סיכום הפסקה וחיזוק העמדה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מענה קצר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למשל מצב בלתי צפוי בכביש כמו ילד שרץ פתאום, שדורש הבנה והחלטה מיידית של הנהג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כי גם תשתית הדרך וגם מצב הרכב משפיעים על הבטיחות, לא רק התנהגות הנהג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טווח קצר מתמקד בתוצאה המיידית, טווח ארוך בודק השפעה עתידית על אנשים ויחסים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לבדוק מבנה: טענה ברורה, נימוק רלוונטי, דוגמה תומכת, אזכור קצר של הצד השני וסיכום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לבדוק שהתלמיד/ה מציג/ה עיקרון כללי כמו בטיחות, אמון או השלכות ארוכות טווח, ולא חוויה אישית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דרך, רכב, אדם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הגיונית כמו מזג אוויר קיצוני או מצב בלתי צפוי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טענה, נימוק, דוגמה, התייחסות לצד הנגדי, סיכום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התלמידים לקבוצות כדי שכל קבוצה תתמקד במערכת ממוחשבת אחרת לפני המענה על חלק ההתאמה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הדילמה חשוב להדגיש דיון על עקרונות כלליים ולא על חוויות אישיות, ולתת אפשרות שלא לשתף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להשתמש בחלק הכתיבה הפתוח כהכנה למשימת ההמשך של פסקת הטיעון המלאה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מנווטים נכון: חוסן, בטיחות וקבלת החלטות בנובמבר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מערכת הדרך, הרכב והאדם וקבלת החלטות בטוחה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זה נתרגל חשיבה מערכתית על בטיחות בדרכים, נבדוק מה מערכות ממוחשבות יכולות ומה לא, ונתרגל כתיבת טיעון מנומק.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הבנה: הדרך כמערכת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אילו שלושה רכיבים מרכיבים את מערכת הדרך?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דרך, רכב, אדם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דרך, חוק, משטרה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רכב, דלק, מנוע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אדם, זמן, מזג אוויר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הכוונה ב'שיקול דעת אנושי' שמערכת ממוחשבת לא יכולה להחליף?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תדלוק הרכב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החלטה במצב בלתי צפוי שדורש הבנה של ההקשר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בדיקת לחץ אוויר בצמיגים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הפעלת מזגן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יכולה לעשות מערכת בטיחות ממוחשבת ברכב?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להתרות על סטייה מנתיב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לבחור את מזג האוויר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לכתוב פסקת טיעון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לקבוע חוקי תנועה חדשים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מהי מגבלה אפשרית של מערכת בטיחות ממוחשבת?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היא תמיד זולה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היא עלולה להתקשות בתנאי מזג אוויר קיצוניים או מצבים בלתי צפויים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היא לא צורכת חשמל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היא פועלת רק בלילה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מהו הרכיב 'אדם' במערכת הדרך?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הנהג והנוסעים ברכב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התמרורים בדרך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מערכת הבלמים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תאורת הרחוב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ברכיב 'דרך' נכללים דברים כמו תמרורים, סימוני נתיב ותאורה.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מערכת בטיחות ממוחשבת יכולה להחליף לחלוטין את שיקול הדעת של הנהג בכל מצב.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גם הנוסעים ברכב, ולא רק הנהג, יכולים להשפיע על הבטיחות בדרך.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דילמת נאמנות וסודות נוגעת רק לטווח הקצר ולא לטווח הארוך.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לבקש 'קודם לדבר ברשות' הוא עיקרון שעוזר כשחוששים לשתף חוויה אישית.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התאמה: מערכת ותפקיד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מערכת התרעה על סטייה מנתיב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מתריעים על מכשולים בנסיעה לאחור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מערכת בלימה אוטומטית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שומרת מרחק קבוע מהרכב שלפנים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בקרת שיוט אדפטיבית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בולמת את הרכב כדי למנוע התנגשות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חיישני רוורס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נדרש במצבים בלתי צפויים שהמערכת לא מזהה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שיקול דעת הנהג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מזהה סטייה מהנתיב ומתריעה לנהג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סדר נכון: בניית פסקת טיעון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התייחסות קצרה לטענה הנגדית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הבאת דוגמה או עדות התומכת בנימוק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סיכום הפסקה וחיזוק העמדה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ניסוח טענה ברורה בעד או נגד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הבאת נימוק אחד שתומך בטענה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מענה קצר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תנו דוגמה למצב שבו מערכת בטיחות ממוחשבת לא תספיק, ונדרש שיקול דעת אנושי.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במשפט אחד למה חשוב לחשוב על הדרך כעל 'מערכת' ולא רק על הנהג לבד.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מהו ההבדל בין חשיבה לטווח קצר לחשיבה לטווח ארוך בדילמת נאמנות?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פסקת טיעון קצרה: 'האם טכנולוגיה יכולה להחליף לחלוטין את שיקול הדעת של הנהג?' כללו טענה, נימוק, דוגמה והתייחסות לטענה הנגדית.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בלי לספר על חוויה אישית, כתבו עיקרון אחד שיכול לעזור להחליט מתי לשמור סוד ומתי לשתף מישהו מבוגר.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מהם שלושת הרכיבים של מערכת הדרך?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למגבלה של מערכת בטיחות ממוחשבת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סדר הבנייה הנכון של פסקת טיעון?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מערכת הדרך, הרכב והאדם וקבלת החלטות בטוחה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