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הדרך כמערכת הכוללת דרך, רכב ואדם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יתרונות ומגבלות של מערכות בטיחות ממוחשבות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מנומקת ולדון בדילמת נאמנות וסודות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הדרך כמערכת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רכב,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החלטה במצב בלתי צפוי שדורש הבנה של 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להתרות על סטייה מנתיב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היא עלולה להתקשות בתנאי מזג אוויר קיצוניים או מצבים בלתי צפויים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הנהג והנוסעים ברכב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מתשתית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מצבים בלתי צפויים שדורשים הבנה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בהסחת דעת או בעזרה בתצפית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לשקול גם השלכות ארוכות טווח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מכבד את פרטיות המשתפ/ת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מערכת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(מזהה סטייה מהנתיב ומתריעה לנהג)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(בולמת את הרכב כדי למנוע התנגשות)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(שומרת מרחק קבוע מהרכב שלפנים)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(מתריעים על מכשולים בנסיעה לאחור)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(נדרש במצבים בלתי צפויים שהמערכת לא מזהה)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נכון: בניית פסקת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טענה ברורה בעד או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הבאת נימוק אחד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הבאת דוגמה או עדות התומכת בנימוק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התייחסות קצרה לטענה הנגדית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הפסקה וחיזוק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מענה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מצב בלתי צפוי בכביש כמו ילד שרץ פתאום, שדורש הבנה והחלטה מיידית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תשתית הדרך וגם מצב הרכב משפיעים על הבטיחות, לא רק התנהגות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טווח קצר מתמקד בתוצאה המיידית, טווח ארוך בודק השפעה עתידית על אנשים ויחסים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מבנה: טענה ברורה, נימוק רלוונטי, דוגמה תומכת, אזכור קצר של הצד השני וסיכום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שהתלמיד/ה מציג/ה עיקרון כללי כמו בטיחות, אמון או השלכות ארוכות טווח, ולא חוויה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דרך, רכב,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מזג אוויר קיצוני או מצב בלתי צפוי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התייחסות לצד הנגדי,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כדי שכל קבוצה תתמקד במערכת ממוחשבת אחרת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הדילמה חשוב להדגיש דיון על עקרונות כלליים ולא על חוויות אישיות, ולתת אפשרות שלא לשתף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הכתיבה הפתוח כהכנה למשימת ההמשך של פסקת הטיעון המלאה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הדרך, הרכב והאדם וקבלת החלטות בטוחה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דרך, רכב ואדם כמערכת אחת, נבין מה מחשב יכול לעשות ומה לא, ונכתוב משפט טיעון קצר.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חלקים שפועלים יחד ומשפיעים זה על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סיכון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שיכול לגרום לתאונה או לבעיה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בטיחות ממוחשבת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אלקטרונית ברכב שעוזרת למנוע תאונות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שהמערכת לא יכולה לעשות או לפתור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שיקול דעת אנושי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שהאדם צריך לקבל בעצמו, גם כשיש טכנולוגיה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מנומק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שיש בו דעה ועוד הסבר שמחזק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קשה להחליט כי יש שתי אפשרויות סבירות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מחויבות לשמור על קשר או על סוד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הדרך כמערכת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הם שלושת החלקים של מערכת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דרך, רכב,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דרך, חוק,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רכב, דלק, מנוע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אדם, זמן,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מחשב לא יכול לעשות במקום הנהג?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תדלוק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החלטה במצב בלתי צפוי שדורש הבנה של 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בדיקת לחץ אוויר בצמיגים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הפעלת מזגן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דוגמה למה שמערכת ברכב יכולה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להתרות על סטייה מנתיב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פסקת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חוקי תנועה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מערכת ברכב עלולה שלא לעבוד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תמיד זולה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עלולה להתקשות בתנאי מזג אוויר קיצוניים או מצבים בלתי צפויים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צורכת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פועלת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זה 'אדם' במערכת הדרך?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הנהג והנוסעים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התמרורים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הבלמים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תאורת הרחוב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ברכיב 'דרך' נכללים דברים כמו תמרורים, סימוני נתיב ותאורה.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בטיחות ממוחשבת יכולה להחליף לחלוטין את שיקול הדעת של הנהג בכל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הנוסעים ברכב, ולא רק הנהג, יכולים להשפיע על הבטיחות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דילמת נאמנות וסודות נוגעת רק לטווח הקצר ולא לטווח הארוך.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'קודם לדבר ברשות' הוא עיקרון שעוזר כשחוששים לשתף חוויה אישית.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מערכת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מערכת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שומרת מרחק קבוע מהרכב שלפנים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מערכת בלימה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מזהה סטייה מהנתיב ומתריעה לנהג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בקרת שיוט אדפטיבית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נדרש במצבים בלתי צפויים שהמערכת לא מזהה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חיישני רוורס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בולמת את הרכב כדי למנוע התנגשות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שיקול דעת הנהג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מתריעים על מכשולים בנסיעה לאחור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נכון: בניית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דוגמה או עדות התומכת בנימוק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הפסקה וחיזוק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התייחסות קצרה לטענה הנגדית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נימוק אחד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טענה ברורה בעד או 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מענה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למצב שבו מערכת בטיחות ממוחשבת לא תספיק, ונדרש שיקול דעת אנושי.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לחשוב על הדרך כעל 'מערכת' ולא רק על הנהג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ההבדל בין חשיבה לטווח קצר לחשיבה לטווח ארוך בדילמת נאמנות?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קצרה: 'האם טכנולוגיה יכולה להחליף לחלוטין את שיקול הדעת של הנהג?' כללו טענה, נימוק, דוגמה והתייחסות לטענה הנגדית.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בלי לספר על חוויה אישית, כתבו עיקרון אחד שיכול לעזור להחליט מתי לשמור סוד ומתי לשתף מישהו מבוגר.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הרכיבים של מערכת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למגבלה של מערכת בטיחות ממוחשבת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הבנייה הנכון של פסקת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הדרך, הרכב והאדם וקבלת החלטות בטוחה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