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הדרך כמערכת הכוללת דרך, רכב ואדם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יתרונות ומגבלות של מערכות בטיחות ממוחשבות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מנומקת ולדון בדילמת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הדרך כמערכת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רכב,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להתרות על סטייה מנתיב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מתשתית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בהסחת דעת או בעזרה בתצפית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מערכת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(מזהה סטייה מהנתיב ומתריעה לנהג)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(בולמת את הרכב כדי למנוע התנגשות)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(שומרת מרחק קבוע מהרכב שלפנים)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(מתריעים על מכשולים בנסיעה לאחור)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בניית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טענה ברורה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נימוק אחד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דוגמה או עדות התומכת בנימוק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קצרה לטענה הנגדית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מענה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גם תשתית הדרך וגם מצב הרכב משפיעים על הבטיחות, לא רק התנהגות הנהג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מבנה: טענה ברורה, נימוק רלוונטי, דוגמה תומכת, אזכור קצר של הצד השני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דרך, רכב,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מזג אוויר קיצוני או מצב בלתי צפוי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התייחסות לצד הנגדי,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כדי שכל קבוצה תתמקד במערכת ממוחשבת אחרת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הדילמה חשוב להדגיש דיון על עקרונות כלליים ולא על חוויות אישיות, ולתת אפשרות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הכתיבה הפתוח כהכנה למשימת ההמשך של פסקת הטיעון המלאה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חשיבה מערכתית על בטיחות בדרכים, נבדוק מה מערכות ממוחשבות יכולות ומה לא, ונתרגל כתיבת טיעון מנומק.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הבנה: הדרך כמערכת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שלושה רכיבים מרכיבים את מערכת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דרך, רכב,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דרך, חוק,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רכב, דלק, מנוע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יכולה לעשות מערכת בטיחות ממוחשבת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להתרות על סטייה מנתיב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פסקת טיעון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ברכיב 'דרך' נכללים דברים כמו תמרורים, סימוני נתיב ותאורה.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הנוסעים ברכב, ולא רק הנהג, יכולים להשפיע על הבטיחות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התאמה: מערכת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מערכת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שומרת מרחק קבוע מהרכב שלפנים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מערכת בלימה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מתריעים על מכשולים בנסיעה לאחור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בקרת שיוט אדפטיבית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מזהה סטייה מהנתיב ומתריעה לנהג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חיישני רוורס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בולמת את הרכב כדי למנוע התנגשות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נכון: בניית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הבאת דוגמה או עדות התומכת בנימוק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התייחסות קצרה לטענה הנגדית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הבאת נימוק אחד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ניסוח טענה ברורה בעד או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מענה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למה חשוב לחשוב על הדרך כעל 'מערכת' ולא רק על הנהג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קצרה: 'האם טכנולוגיה יכולה להחליף לחלוטין את שיקול הדעת של הנהג?' כללו טענה, נימוק, דוגמה והתייחסות לטענה הנגדית.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הרכיבים של מערכת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למגבלה של מערכת בטיחות ממוחשבת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הדרך, הרכב והאדם וקבלת החלטות 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